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Website project brief</w:t>
      </w:r>
    </w:p>
    <w:p>
      <w:pPr>
        <w:keepNext w:val="0"/>
      </w:pPr>
      <w:r>
        <w:rPr>
          <w:i w:val="0"/>
        </w:rPr>
        <w:t>Use this editable brief with any designer. Explain the work you need, keep launch essentials separate from later ideas, and ask providers to respond to the same project. Short notes are enough; you do not need to design the website first.</w:t>
      </w:r>
    </w:p>
    <w:p>
      <w:pPr>
        <w:keepNext w:val="0"/>
      </w:pPr>
      <w:r>
        <w:rPr>
          <w:i w:val="0"/>
          <w:sz w:val="20"/>
        </w:rPr>
        <w:t>Replace the bracketed answer text as you work. Pages will expand with your answers. Leave unknowns as To discuss. Keep passwords, payment details and private customer information out.</w:t>
      </w:r>
    </w:p>
    <w:p>
      <w:pPr>
        <w:pStyle w:val="Heading1"/>
      </w:pPr>
      <w:r>
        <w:t>The business and the main job</w:t>
      </w:r>
    </w:p>
    <w:p>
      <w:pPr>
        <w:keepNext/>
      </w:pPr>
      <w:r>
        <w:rPr>
          <w:i w:val="0"/>
          <w:sz w:val="20"/>
        </w:rPr>
        <w:t>Start with what you do and the change the website needs to help with.</w:t>
      </w:r>
    </w:p>
    <w:p>
      <w:pPr>
        <w:keepNext/>
        <w:spacing w:after="60"/>
      </w:pPr>
      <w:r>
        <w:rPr>
          <w:b/>
          <w:i w:val="0"/>
        </w:rPr>
        <w:t>Your business</w:t>
      </w:r>
    </w:p>
    <w:p>
      <w:pPr>
        <w:keepNext/>
        <w:spacing w:after="100"/>
      </w:pPr>
      <w:r>
        <w:rPr>
          <w:i w:val="0"/>
          <w:sz w:val="20"/>
        </w:rPr>
        <w:t>Name the business and explain the work in a sentence or two.</w:t>
      </w:r>
    </w:p>
    <w:p>
      <w:pPr>
        <w:keepNext w:val="0"/>
        <w:spacing w:after="340"/>
      </w:pPr>
      <w:r>
        <w:rPr>
          <w:i/>
          <w:color w:val="555555"/>
        </w:rPr>
        <w:t>[Write your notes here, or leave as To discuss.]</w:t>
      </w:r>
    </w:p>
    <w:p>
      <w:pPr>
        <w:keepNext/>
        <w:spacing w:after="60"/>
      </w:pPr>
      <w:r>
        <w:rPr>
          <w:b/>
          <w:i w:val="0"/>
        </w:rPr>
        <w:t>The most important improvement</w:t>
      </w:r>
    </w:p>
    <w:p>
      <w:pPr>
        <w:keepNext/>
        <w:spacing w:after="100"/>
      </w:pPr>
      <w:r>
        <w:rPr>
          <w:i w:val="0"/>
          <w:sz w:val="20"/>
        </w:rPr>
        <w:t>What matters most? Better-fitting enquiries, clearer services or easier booking, for example.</w:t>
      </w:r>
    </w:p>
    <w:p>
      <w:pPr>
        <w:keepNext w:val="0"/>
        <w:spacing w:after="340"/>
      </w:pPr>
      <w:r>
        <w:rPr>
          <w:i/>
          <w:color w:val="555555"/>
        </w:rPr>
        <w:t>[Write your notes here, or leave as To discuss.]</w:t>
      </w:r>
    </w:p>
    <w:p>
      <w:pPr>
        <w:keepNext/>
        <w:spacing w:after="60"/>
      </w:pPr>
      <w:r>
        <w:rPr>
          <w:b/>
          <w:i w:val="0"/>
        </w:rPr>
        <w:t>Who should enquire?</w:t>
      </w:r>
    </w:p>
    <w:p>
      <w:pPr>
        <w:keepNext/>
        <w:spacing w:after="100"/>
      </w:pPr>
      <w:r>
        <w:rPr>
          <w:i w:val="0"/>
          <w:sz w:val="20"/>
        </w:rPr>
        <w:t>Describe the customer and the work you would like more of.</w:t>
      </w:r>
    </w:p>
    <w:p>
      <w:pPr>
        <w:keepNext w:val="0"/>
        <w:spacing w:after="340"/>
      </w:pPr>
      <w:r>
        <w:rPr>
          <w:i/>
          <w:color w:val="555555"/>
        </w:rPr>
        <w:t>[Write your notes here, or leave as To discuss.]</w:t>
      </w:r>
    </w:p>
    <w:p>
      <w:pPr>
        <w:keepNext/>
        <w:spacing w:after="60"/>
      </w:pPr>
      <w:r>
        <w:rPr>
          <w:b/>
          <w:i w:val="0"/>
        </w:rPr>
        <w:t>What should a visitor do next?</w:t>
      </w:r>
    </w:p>
    <w:p>
      <w:pPr>
        <w:keepNext/>
        <w:spacing w:after="100"/>
      </w:pPr>
      <w:r>
        <w:rPr>
          <w:i w:val="0"/>
          <w:sz w:val="20"/>
        </w:rPr>
        <w:t>Choose the main route. A booking link and a new booking system need different scopes.</w:t>
      </w:r>
    </w:p>
    <w:p>
      <w:pPr>
        <w:keepNext/>
        <w:spacing w:after="100"/>
      </w:pPr>
      <w:r>
        <w:rPr>
          <w:i w:val="0"/>
          <w:sz w:val="20"/>
        </w:rPr>
        <w:t>Choices: To decide; Request a quote; Arrange a conversation; Use an existing booking service; A new booking system needs scoping; Plan a visit; Another action, described in my main priority.</w:t>
      </w:r>
    </w:p>
    <w:p>
      <w:pPr>
        <w:keepNext w:val="0"/>
        <w:spacing w:after="340"/>
      </w:pPr>
      <w:r>
        <w:rPr>
          <w:i/>
          <w:color w:val="555555"/>
        </w:rPr>
        <w:t>[Write your notes here, or leave as To discuss.]</w:t>
      </w:r>
    </w:p>
    <w:p>
      <w:pPr>
        <w:pStyle w:val="Heading1"/>
        <w:pageBreakBefore/>
      </w:pPr>
      <w:r>
        <w:t>What belongs in the project</w:t>
      </w:r>
    </w:p>
    <w:p>
      <w:pPr>
        <w:keepNext/>
      </w:pPr>
      <w:r>
        <w:rPr>
          <w:i w:val="0"/>
          <w:sz w:val="20"/>
        </w:rPr>
        <w:t>Separate the essentials from ideas that can wait. You do not need to design the sitemap.</w:t>
      </w:r>
    </w:p>
    <w:p>
      <w:pPr>
        <w:keepNext/>
        <w:spacing w:after="60"/>
      </w:pPr>
      <w:r>
        <w:rPr>
          <w:b/>
          <w:i w:val="0"/>
        </w:rPr>
        <w:t>Services and real coverage</w:t>
      </w:r>
    </w:p>
    <w:p>
      <w:pPr>
        <w:keepNext/>
        <w:spacing w:after="100"/>
      </w:pPr>
      <w:r>
        <w:rPr>
          <w:i w:val="0"/>
          <w:sz w:val="20"/>
        </w:rPr>
        <w:t>List your main services, where or how you work, and any jobs you do not take on.</w:t>
      </w:r>
    </w:p>
    <w:p>
      <w:pPr>
        <w:keepNext w:val="0"/>
        <w:spacing w:after="340"/>
      </w:pPr>
      <w:r>
        <w:rPr>
          <w:i/>
          <w:color w:val="555555"/>
        </w:rPr>
        <w:t>[Write your notes here, or leave as To discuss.]</w:t>
      </w:r>
    </w:p>
    <w:p>
      <w:pPr>
        <w:keepNext/>
        <w:spacing w:after="60"/>
      </w:pPr>
      <w:r>
        <w:rPr>
          <w:b/>
          <w:i w:val="0"/>
        </w:rPr>
        <w:t>Must be included at launch</w:t>
      </w:r>
    </w:p>
    <w:p>
      <w:pPr>
        <w:keepNext/>
        <w:spacing w:after="100"/>
      </w:pPr>
      <w:r>
        <w:rPr>
          <w:i w:val="0"/>
          <w:sz w:val="20"/>
        </w:rPr>
        <w:t>Name the few things the first version cannot do without.</w:t>
      </w:r>
    </w:p>
    <w:p>
      <w:pPr>
        <w:keepNext w:val="0"/>
        <w:spacing w:after="340"/>
      </w:pPr>
      <w:r>
        <w:rPr>
          <w:i/>
          <w:color w:val="555555"/>
        </w:rPr>
        <w:t>[Write your notes here, or leave as To discuss.]</w:t>
      </w:r>
    </w:p>
    <w:p>
      <w:pPr>
        <w:keepNext/>
        <w:spacing w:after="60"/>
      </w:pPr>
      <w:r>
        <w:rPr>
          <w:b/>
          <w:i w:val="0"/>
        </w:rPr>
        <w:t>Useful later, if budget allows</w:t>
      </w:r>
    </w:p>
    <w:p>
      <w:pPr>
        <w:keepNext/>
        <w:spacing w:after="100"/>
      </w:pPr>
      <w:r>
        <w:rPr>
          <w:i w:val="0"/>
          <w:sz w:val="20"/>
        </w:rPr>
        <w:t>Keep nice-to-haves separate so they do not quietly become commitments.</w:t>
      </w:r>
    </w:p>
    <w:p>
      <w:pPr>
        <w:keepNext w:val="0"/>
        <w:spacing w:after="340"/>
      </w:pPr>
      <w:r>
        <w:rPr>
          <w:i/>
          <w:color w:val="555555"/>
        </w:rPr>
        <w:t>[Write your notes here, or leave as To discuss.]</w:t>
      </w:r>
    </w:p>
    <w:p>
      <w:pPr>
        <w:keepNext/>
        <w:spacing w:after="60"/>
      </w:pPr>
      <w:r>
        <w:rPr>
          <w:b/>
          <w:i w:val="0"/>
        </w:rPr>
        <w:t>Known pages and connections</w:t>
      </w:r>
    </w:p>
    <w:p>
      <w:pPr>
        <w:keepNext/>
        <w:spacing w:after="100"/>
      </w:pPr>
      <w:r>
        <w:rPr>
          <w:i w:val="0"/>
          <w:sz w:val="20"/>
        </w:rPr>
        <w:t>List any pages, enquiry routes, booking links or other services to connect. Unknown is fine.</w:t>
      </w:r>
    </w:p>
    <w:p>
      <w:pPr>
        <w:keepNext w:val="0"/>
        <w:spacing w:after="340"/>
      </w:pPr>
      <w:r>
        <w:rPr>
          <w:i/>
          <w:color w:val="555555"/>
        </w:rPr>
        <w:t>[Write your notes here, or leave as To discuss.]</w:t>
      </w:r>
    </w:p>
    <w:p>
      <w:pPr>
        <w:keepNext/>
        <w:spacing w:after="60"/>
      </w:pPr>
      <w:r>
        <w:rPr>
          <w:b/>
          <w:i w:val="0"/>
        </w:rPr>
        <w:t>Questions customers ask</w:t>
      </w:r>
    </w:p>
    <w:p>
      <w:pPr>
        <w:keepNext/>
        <w:spacing w:after="100"/>
      </w:pPr>
      <w:r>
        <w:rPr>
          <w:i w:val="0"/>
          <w:sz w:val="20"/>
        </w:rPr>
        <w:t>What do customers need to understand before they say yes?</w:t>
      </w:r>
    </w:p>
    <w:p>
      <w:pPr>
        <w:keepNext w:val="0"/>
        <w:spacing w:after="340"/>
      </w:pPr>
      <w:r>
        <w:rPr>
          <w:i/>
          <w:color w:val="555555"/>
        </w:rPr>
        <w:t>[Write your notes here, or leave as To discuss.]</w:t>
      </w:r>
    </w:p>
    <w:p>
      <w:pPr>
        <w:pStyle w:val="Heading1"/>
        <w:pageBreakBefore/>
      </w:pPr>
      <w:r>
        <w:t>Content design and what must stay</w:t>
      </w:r>
    </w:p>
    <w:p>
      <w:pPr>
        <w:keepNext/>
      </w:pPr>
      <w:r>
        <w:rPr>
          <w:i w:val="0"/>
          <w:sz w:val="20"/>
        </w:rPr>
        <w:t>Bring the facts and mark anything still awaiting approval.</w:t>
      </w:r>
    </w:p>
    <w:p>
      <w:pPr>
        <w:keepNext/>
        <w:spacing w:after="60"/>
      </w:pPr>
      <w:r>
        <w:rPr>
          <w:b/>
          <w:i w:val="0"/>
        </w:rPr>
        <w:t>Starting point</w:t>
      </w:r>
    </w:p>
    <w:p>
      <w:pPr>
        <w:keepNext/>
        <w:spacing w:after="100"/>
      </w:pPr>
      <w:r>
        <w:rPr>
          <w:i w:val="0"/>
          <w:sz w:val="20"/>
        </w:rPr>
        <w:t>This helps keep existing pages, email and access in the conversation.</w:t>
      </w:r>
    </w:p>
    <w:p>
      <w:pPr>
        <w:keepNext/>
        <w:spacing w:after="100"/>
      </w:pPr>
      <w:r>
        <w:rPr>
          <w:i w:val="0"/>
          <w:sz w:val="20"/>
        </w:rPr>
        <w:t>Choices: Not decided yet; A new website; Replacing an existing website.</w:t>
      </w:r>
    </w:p>
    <w:p>
      <w:pPr>
        <w:keepNext w:val="0"/>
        <w:spacing w:after="340"/>
      </w:pPr>
      <w:r>
        <w:rPr>
          <w:i/>
          <w:color w:val="555555"/>
        </w:rPr>
        <w:t>[Write your notes here, or leave as To discuss.]</w:t>
      </w:r>
    </w:p>
    <w:p>
      <w:pPr>
        <w:keepNext/>
        <w:spacing w:after="60"/>
      </w:pPr>
      <w:r>
        <w:rPr>
          <w:b/>
          <w:i w:val="0"/>
        </w:rPr>
        <w:t>Words, images and real evidence</w:t>
      </w:r>
    </w:p>
    <w:p>
      <w:pPr>
        <w:keepNext/>
        <w:spacing w:after="100"/>
      </w:pPr>
      <w:r>
        <w:rPr>
          <w:i w:val="0"/>
          <w:sz w:val="20"/>
        </w:rPr>
        <w:t>What can you supply? Mention permissions or factual approvals still needed.</w:t>
      </w:r>
    </w:p>
    <w:p>
      <w:pPr>
        <w:keepNext w:val="0"/>
        <w:spacing w:after="340"/>
      </w:pPr>
      <w:r>
        <w:rPr>
          <w:i/>
          <w:color w:val="555555"/>
        </w:rPr>
        <w:t>[Write your notes here, or leave as To discuss.]</w:t>
      </w:r>
    </w:p>
    <w:p>
      <w:pPr>
        <w:keepNext/>
        <w:spacing w:after="60"/>
      </w:pPr>
      <w:r>
        <w:rPr>
          <w:b/>
          <w:i w:val="0"/>
        </w:rPr>
        <w:t>Who prepares the content?</w:t>
      </w:r>
    </w:p>
    <w:p>
      <w:pPr>
        <w:keepNext/>
        <w:spacing w:after="100"/>
      </w:pPr>
      <w:r>
        <w:rPr>
          <w:i w:val="0"/>
          <w:sz w:val="20"/>
        </w:rPr>
        <w:t>Choose a starting point for the supplier discussion.</w:t>
      </w:r>
    </w:p>
    <w:p>
      <w:pPr>
        <w:keepNext/>
        <w:spacing w:after="100"/>
      </w:pPr>
      <w:r>
        <w:rPr>
          <w:i w:val="0"/>
          <w:sz w:val="20"/>
        </w:rPr>
        <w:t>Choices: To agree; We will supply the words and images; We need the provider to prepare the words; Shared work; responsibilities need agreeing.</w:t>
      </w:r>
    </w:p>
    <w:p>
      <w:pPr>
        <w:keepNext w:val="0"/>
        <w:spacing w:after="340"/>
      </w:pPr>
      <w:r>
        <w:rPr>
          <w:i/>
          <w:color w:val="555555"/>
        </w:rPr>
        <w:t>[Write your notes here, or leave as To discuss.]</w:t>
      </w:r>
    </w:p>
    <w:p>
      <w:pPr>
        <w:keepNext/>
        <w:spacing w:after="60"/>
      </w:pPr>
      <w:r>
        <w:rPr>
          <w:b/>
          <w:i w:val="0"/>
        </w:rPr>
        <w:t>Existing website and things to preserve</w:t>
      </w:r>
    </w:p>
    <w:p>
      <w:pPr>
        <w:keepNext/>
        <w:spacing w:after="100"/>
      </w:pPr>
      <w:r>
        <w:rPr>
          <w:i w:val="0"/>
          <w:sz w:val="20"/>
        </w:rPr>
        <w:t>Add the current URL, important pages, domain, business email or integrations. No passwords.</w:t>
      </w:r>
    </w:p>
    <w:p>
      <w:pPr>
        <w:keepNext w:val="0"/>
        <w:spacing w:after="340"/>
      </w:pPr>
      <w:r>
        <w:rPr>
          <w:i/>
          <w:color w:val="555555"/>
        </w:rPr>
        <w:t>[Write your notes here, or leave as To discuss.]</w:t>
      </w:r>
    </w:p>
    <w:p>
      <w:pPr>
        <w:keepNext/>
        <w:spacing w:after="60"/>
      </w:pPr>
      <w:r>
        <w:rPr>
          <w:b/>
          <w:i w:val="0"/>
        </w:rPr>
        <w:t>Design references</w:t>
      </w:r>
    </w:p>
    <w:p>
      <w:pPr>
        <w:keepNext/>
        <w:spacing w:after="100"/>
      </w:pPr>
      <w:r>
        <w:rPr>
          <w:i w:val="0"/>
          <w:sz w:val="20"/>
        </w:rPr>
        <w:t>Link to a few examples and explain what you like or dislike.</w:t>
      </w:r>
    </w:p>
    <w:p>
      <w:pPr>
        <w:keepNext w:val="0"/>
        <w:spacing w:after="340"/>
      </w:pPr>
      <w:r>
        <w:rPr>
          <w:i/>
          <w:color w:val="555555"/>
        </w:rPr>
        <w:t>[Write your notes here, or leave as To discuss.]</w:t>
      </w:r>
    </w:p>
    <w:p>
      <w:pPr>
        <w:keepNext/>
        <w:spacing w:after="60"/>
      </w:pPr>
      <w:r>
        <w:rPr>
          <w:b/>
          <w:i w:val="0"/>
        </w:rPr>
        <w:t>Ownership and handover needs</w:t>
      </w:r>
    </w:p>
    <w:p>
      <w:pPr>
        <w:keepNext/>
        <w:spacing w:after="100"/>
      </w:pPr>
      <w:r>
        <w:rPr>
          <w:i w:val="0"/>
          <w:sz w:val="20"/>
        </w:rPr>
        <w:t>Who needs access to the domain, finished files, hosting and email? Note questions to settle.</w:t>
      </w:r>
    </w:p>
    <w:p>
      <w:pPr>
        <w:keepNext w:val="0"/>
        <w:spacing w:after="340"/>
      </w:pPr>
      <w:r>
        <w:rPr>
          <w:i/>
          <w:color w:val="555555"/>
        </w:rPr>
        <w:t>[Write your notes here, or leave as To discuss.]</w:t>
      </w:r>
    </w:p>
    <w:p>
      <w:pPr>
        <w:pStyle w:val="Heading1"/>
        <w:pageBreakBefore/>
      </w:pPr>
      <w:r>
        <w:t>Timing budget and approval</w:t>
      </w:r>
    </w:p>
    <w:p>
      <w:pPr>
        <w:keepNext/>
      </w:pPr>
      <w:r>
        <w:rPr>
          <w:i w:val="0"/>
          <w:sz w:val="20"/>
        </w:rPr>
        <w:t>Leave unknowns open. A useful brief does not need a guessed deadline or price.</w:t>
      </w:r>
    </w:p>
    <w:p>
      <w:pPr>
        <w:keepNext/>
        <w:spacing w:after="60"/>
      </w:pPr>
      <w:r>
        <w:rPr>
          <w:b/>
          <w:i w:val="0"/>
        </w:rPr>
        <w:t>Timing and who approves the work</w:t>
      </w:r>
    </w:p>
    <w:p>
      <w:pPr>
        <w:keepNext/>
        <w:spacing w:after="100"/>
      </w:pPr>
      <w:r>
        <w:rPr>
          <w:i w:val="0"/>
          <w:sz w:val="20"/>
        </w:rPr>
        <w:t>Give the real deadline, what drives it and who checks facts and approves launch.</w:t>
      </w:r>
    </w:p>
    <w:p>
      <w:pPr>
        <w:keepNext w:val="0"/>
        <w:spacing w:after="340"/>
      </w:pPr>
      <w:r>
        <w:rPr>
          <w:i/>
          <w:color w:val="555555"/>
        </w:rPr>
        <w:t>[Write your notes here, or leave as To discuss.]</w:t>
      </w:r>
    </w:p>
    <w:p>
      <w:pPr>
        <w:keepNext/>
        <w:spacing w:after="60"/>
      </w:pPr>
      <w:r>
        <w:rPr>
          <w:b/>
          <w:i w:val="0"/>
        </w:rPr>
        <w:t>Budget currency</w:t>
      </w:r>
    </w:p>
    <w:p>
      <w:pPr>
        <w:keepNext/>
        <w:spacing w:after="100"/>
      </w:pPr>
      <w:r>
        <w:rPr>
          <w:i w:val="0"/>
          <w:sz w:val="20"/>
        </w:rPr>
        <w:t>No currency conversion is performed.</w:t>
      </w:r>
    </w:p>
    <w:p>
      <w:pPr>
        <w:keepNext/>
        <w:spacing w:after="100"/>
      </w:pPr>
      <w:r>
        <w:rPr>
          <w:i w:val="0"/>
          <w:sz w:val="20"/>
        </w:rPr>
        <w:t>Choices: Currency not decided; GBP · pounds; EUR · euros; USD · US dollars; Another currency; named in the budget notes.</w:t>
      </w:r>
    </w:p>
    <w:p>
      <w:pPr>
        <w:keepNext w:val="0"/>
        <w:spacing w:after="340"/>
      </w:pPr>
      <w:r>
        <w:rPr>
          <w:i/>
          <w:color w:val="555555"/>
        </w:rPr>
        <w:t>[Write your notes here, or leave as To discuss.]</w:t>
      </w:r>
    </w:p>
    <w:p>
      <w:pPr>
        <w:keepNext/>
        <w:spacing w:after="60"/>
      </w:pPr>
      <w:r>
        <w:rPr>
          <w:b/>
          <w:i w:val="0"/>
        </w:rPr>
        <w:t>Budget or budget question</w:t>
      </w:r>
    </w:p>
    <w:p>
      <w:pPr>
        <w:keepNext/>
        <w:spacing w:after="100"/>
      </w:pPr>
      <w:r>
        <w:rPr>
          <w:i w:val="0"/>
          <w:sz w:val="20"/>
        </w:rPr>
        <w:t>Optional. State a range, whether tax is included, or what you need a supplier to price.</w:t>
      </w:r>
    </w:p>
    <w:p>
      <w:pPr>
        <w:keepNext w:val="0"/>
        <w:spacing w:after="340"/>
      </w:pPr>
      <w:r>
        <w:rPr>
          <w:i/>
          <w:color w:val="555555"/>
        </w:rPr>
        <w:t>[Write your notes here, or leave as To discuss.]</w:t>
      </w:r>
    </w:p>
    <w:p>
      <w:pPr>
        <w:pStyle w:val="Heading2"/>
      </w:pPr>
      <w:r>
        <w:t>Open decisions</w:t>
      </w:r>
    </w:p>
    <w:p>
      <w:pPr>
        <w:keepNext/>
      </w:pPr>
      <w:r>
        <w:rPr>
          <w:i w:val="0"/>
          <w:sz w:val="20"/>
        </w:rPr>
        <w:t>List anything that still needs an answer, and who will settle it. A missing answer is not an agreed exclusion or permission to assume a fact.</w:t>
      </w:r>
    </w:p>
    <w:p>
      <w:pPr>
        <w:keepNext w:val="0"/>
        <w:spacing w:after="340"/>
      </w:pPr>
      <w:r>
        <w:rPr>
          <w:i/>
          <w:color w:val="555555"/>
        </w:rPr>
        <w:t>[Write your notes here, or leave as To discuss.]</w:t>
      </w:r>
    </w:p>
    <w:p>
      <w:pPr>
        <w:pStyle w:val="Heading2"/>
      </w:pPr>
      <w:r>
        <w:t>Questions for each provider</w:t>
      </w:r>
    </w:p>
    <w:p>
      <w:pPr>
        <w:pStyle w:val="ListBullet"/>
        <w:spacing w:after="100"/>
      </w:pPr>
      <w:r>
        <w:rPr>
          <w:sz w:val="21"/>
        </w:rPr>
        <w:t>What is included at launch, what is optional, and what needs a separate scope?</w:t>
      </w:r>
    </w:p>
    <w:p>
      <w:pPr>
        <w:pStyle w:val="ListBullet"/>
        <w:spacing w:after="100"/>
      </w:pPr>
      <w:r>
        <w:rPr>
          <w:sz w:val="21"/>
        </w:rPr>
        <w:t>What are the full build price, taxes, recurring charges and any minimum commitment?</w:t>
      </w:r>
    </w:p>
    <w:p>
      <w:pPr>
        <w:pStyle w:val="ListBullet"/>
        <w:spacing w:after="100"/>
      </w:pPr>
      <w:r>
        <w:rPr>
          <w:sz w:val="21"/>
        </w:rPr>
        <w:t>Who prepares and approves the words, images and factual claims, and what review is included?</w:t>
      </w:r>
    </w:p>
    <w:p>
      <w:pPr>
        <w:pStyle w:val="ListBullet"/>
        <w:spacing w:after="100"/>
      </w:pPr>
      <w:r>
        <w:rPr>
          <w:sz w:val="21"/>
        </w:rPr>
        <w:t>Who controls the domain, business email, website files and hosting after handover?</w:t>
      </w:r>
    </w:p>
    <w:p>
      <w:pPr>
        <w:pStyle w:val="ListBullet"/>
        <w:spacing w:after="100"/>
      </w:pPr>
      <w:r>
        <w:rPr>
          <w:sz w:val="21"/>
        </w:rPr>
        <w:t>How will you confirm that enquiry delivery, important old URLs and the live website work before and after launch?</w:t>
      </w:r>
    </w:p>
    <w:p>
      <w:pPr>
        <w:keepNext w:val="0"/>
      </w:pPr>
      <w:r>
        <w:rPr>
          <w:i w:val="0"/>
          <w:sz w:val="20"/>
        </w:rPr>
        <w:t>Ask for the agreed scope, responsibilities and costs in writing before committing. This brief records your project notes; it is not an accepted supplier contract.</w:t>
      </w:r>
    </w:p>
    <w:p>
      <w:r>
        <w:rPr>
          <w:sz w:val="20"/>
        </w:rPr>
        <w:t xml:space="preserve">Free brief builder and examples: </w:t>
      </w:r>
      <w:hyperlink r:id="rId9">
        <w:r>
          <w:rPr>
            <w:color w:val="174D75"/>
          </w:rPr>
          <w:t>uponup.com/guides/website-design-brief/</w:t>
        </w:r>
      </w:hyperlink>
    </w:p>
    <w:sectPr w:rsidR="00FC693F" w:rsidRPr="0006063C" w:rsidSect="00034616">
      <w:footerReference w:type="default" r:id="rId10"/>
      <w:pgSz w:w="12240" w:h="15840"/>
      <w:pgMar w:top="936" w:right="1080" w:bottom="936" w:left="1080" w:header="720"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color w:val="666666"/>
        <w:sz w:val="18"/>
      </w:rPr>
      <w:t xml:space="preserve">UpOnUp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2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200" w:after="160" w:line="259" w:lineRule="auto"/>
      <w:outlineLvl w:val="0"/>
    </w:pPr>
    <w:rPr>
      <w:rFonts w:asciiTheme="majorHAnsi" w:eastAsiaTheme="majorEastAsia" w:hAnsiTheme="majorHAnsi" w:cstheme="majorBidi" w:ascii="Calibri" w:hAnsi="Calibri"/>
      <w:b/>
      <w:bCs/>
      <w:color w:val="000000"/>
      <w:sz w:val="34"/>
      <w:szCs w:val="28"/>
    </w:rPr>
  </w:style>
  <w:style w:type="paragraph" w:styleId="Heading2">
    <w:name w:val="heading 2"/>
    <w:basedOn w:val="Normal"/>
    <w:next w:val="Normal"/>
    <w:link w:val="Heading2Char"/>
    <w:uiPriority w:val="9"/>
    <w:unhideWhenUsed/>
    <w:qFormat/>
    <w:rsid w:val="00FC693F"/>
    <w:pPr>
      <w:keepNext/>
      <w:keepLines/>
      <w:widowControl/>
      <w:spacing w:before="200" w:after="160" w:line="259" w:lineRule="auto"/>
      <w:outlineLvl w:val="1"/>
    </w:pPr>
    <w:rPr>
      <w:rFonts w:asciiTheme="majorHAnsi" w:eastAsiaTheme="majorEastAsia" w:hAnsiTheme="majorHAnsi" w:cstheme="majorBidi" w:ascii="Calibri" w:hAnsi="Calibr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60" w:line="259" w:lineRule="auto" w:before="0"/>
      <w:contextualSpacing/>
    </w:pPr>
    <w:rPr>
      <w:rFonts w:asciiTheme="majorHAnsi" w:eastAsiaTheme="majorEastAsia" w:hAnsiTheme="majorHAnsi" w:cstheme="majorBidi" w:ascii="Calibri" w:hAnsi="Calibri"/>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widowControl/>
      <w:numPr>
        <w:numId w:val="1"/>
      </w:numPr>
      <w:spacing w:after="120" w:line="259" w:lineRule="auto"/>
      <w:contextualSpacing/>
    </w:pPr>
    <w:rPr>
      <w:rFonts w:ascii="Calibri" w:hAnsi="Calibri"/>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uponup.com/guides/website-design-brief/"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project brief</dc:title>
  <dc:subject>Editable blank website brief for small businesses</dc:subject>
  <dc:creator>UpOnUp</dc:creator>
  <cp:keywords>website brief template</cp:keywords>
  <dc:description>generated by python-docx</dc:description>
  <cp:lastModifiedBy>UpOnUp</cp:lastModifiedBy>
  <cp:revision>1</cp:revision>
  <dcterms:created xsi:type="dcterms:W3CDTF">2026-10-03T00:00:00Z</dcterms:created>
  <dcterms:modified xsi:type="dcterms:W3CDTF">2026-10-03T00:00:00Z</dcterms:modified>
  <cp:category/>
</cp:coreProperties>
</file>